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בדרך לצפון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מסלול הנסיעה ואת אתגרי הבטיחות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לשון השלטים בדרכים (ציווי, קיצור, פנייה)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חמשת הצעדים של חבר/ה נאמן/ה במצבי מצוקה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ציווי בזכר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לשים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לשמור בסוד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למבוגר/ת אחראי/ת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חבר/ה יכול/ה להקשיב ולתמוך, אך אינו/ה תחליף לאיש מקצוע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בדף ההבדלה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נותחו השלטים בפעילות בלשי השלטים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הכביש 77 מוביל לירידה לטבריה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לפנות למבוגר/ת ולא לשמור סוד מדאיג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שלטים למשמעותם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(ציווי לנהג לנסוע לאט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(ציווי לעצירה מיידית)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(אזהרה מפני חיות בדרך)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(איסור כניסה לכלי 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(התרעה על שיפוצים בכביש)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הבנה ושיקול 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לפנות ישירות ובקיצור לכל נהג או נוסע בבירור ובמהירות.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שינוי פתאומי בהתנהגות, עצב, התרחקות מחברים, חוסר שיתוף.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מבוגר יכול לעזור בדרכים שחבר לא יכול, ושמירת סוד עלולה לסכן.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מצפים לראות שלט קצר וברור עם פועל בציווי הקשור לבטיחות בדרך.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מצפים לטון תומך ולא שיפוטי, עם הצעה לדבר ואולי לפנות למבוגר/ת.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שלט עם פועל בציווי בזכר יחיד, כדי לפנות ישירות ובבירור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מבוגר יכול לעזור ולמנוע 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לקבוצות לפעילות בלשי השלטים ולתת לכל קבוצה שלט אחר לניתוח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בנושא הרגשי יש לאפשר לתלמידים לבחור לא לשתף בעל פה ולהגיש תשובה בכתב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בהזכרת קו העזרה ולתלות אותו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בדרך לצפון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מה שלמדנו על הנסיעה הבטוחה לצפון, על שפת השלטים בדרך, ועל הדרך הנכונה לעזור לחבר/ה שנמצא/ת במצוקה.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כביש יורדים לכיוון טבריה בסוף המסלול?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הפועל האופייני לשלטי בטיחות בדרך?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ציווי בזכר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הצעד הראשון מבין חמשת הצעדים של חבר/ה נאמן/ה?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לשים 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אסור לעשות כשחבר/ה משתף/ת במשהו מדאיג?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לשאול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בסוד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להקשיב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לפנות למבוגר/ת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למי אפשר לפנות כשחבר/ה נמצא/ת במצוקה?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למבוגר/ת אחראי/ת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למישהו ברשת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חבר/ה נאמן/ה הוא/היא גם מטפל/ת מקצועי/ת.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לא לשתף בנושא הרגשי ולעבוד בכתב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שלטי בטיחות רבים כתובים בלשון ציווי בזכר יחיד.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הכביש 77 מוביל לעלייה לצפת.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שמירת סוד מדאיג היא הדרך הנכונה לעזור לחבר.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הירידה לטבריה נוסעים בכביש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הצעד הראשון בעזרה לחבר/ה הוא __________ 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שלטי הדרכים כתובים לרוב בלשון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כשחבר/ה משתף/ת במצוקה חשוב לפנות ל__________ אחראי/ת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אין לשמור __________ מדאיג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שלטים למשמעותם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האט!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ציווי לעצירה מיידית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התרעה על שיפוצים בכביש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שימו לב לבעלי 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איסור כניסה לכלי 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ללא כניסה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ציווי לנהג לנסוע לאט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זהירות עבודות בדרך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אזהרה מפני חיות בדרך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הבנה ושיקול דעת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שלטי בטיחות רבים כתובים בלשון ציווי ובזכר יחיד.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סוגי סימנים יכולים להעיד שלחבר/ה קשה במיוחד?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לפנות למבוגר/ת אחראי/ת ולא לשמור סוד מדאיג לבד?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שלט בטיחות חדש לנוסעים בדרך לצפון, הכולל פועל בלשון ציווי.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הודעה קצרה לחבר/ה דמיוני/ת שמביעה דאגה ומזמינה לשוחח.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הצעד הראשון שעושים כשרואים שלחבר קשה?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לשלט בלשון ציווי והסבירו למה הוא כתוב כך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לא לשמור סוד מדאיג?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מנווטים נכון בדרך לצפון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