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ואת 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בדרכים (ציווי, קיצור, פנייה)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הצעדים של חבר/ה נאמן/ה במצבי 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ציווי בזכר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לשים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בסוד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חבר/ה יכול/ה להקשיב ולתמוך, אך אינו/ה תחליף לאיש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ההבדלה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נותחו השלטים בפעילות בלשי השלטים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הכביש 77 מוביל לירידה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לפנות למבוגר/ת ולא לשמור סוד מדאיג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(ציווי לנהג 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(ציווי לעצירה 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(אזהרה מפני חיות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(איסור כניסה לכלי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(התרעה על שיפוצים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לפנות ישירות ובקיצור לכל נהג או נוסע בבירור ובמהירות.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שינוי פתאומי בהתנהגות, עצב, התרחקות מחברים, חוסר שיתוף.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מבוגר יכול לעזור בדרכים שחבר לא יכול, ושמירת סוד עלולה לסכן.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 שלט קצר וברור עם פועל בציווי הקשור לבטיחות בדרך.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מצפים לטון תומך ולא שיפוטי, עם הצעה לדבר ואולי לפנות למבוגר/ת.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עם פועל בציווי בזכר יחיד, כדי לפנות ישירות ובבירור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מבוגר יכול לעזור ולמנוע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לפעילות בלשי השלטים ולתת לכל קבוצה שלט אחר לניתוח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הרגשי יש לאפשר לתלמידים לבחור לא לשתף בעל פה ולהגיש תשובה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בהזכרת קו העזרה ולתלות אותו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נסיעה בטוחה בדרך, שלטים בדרך, ואיך עוזרים לחבר שעצוב.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קצר על הדרך שמורה לנהגים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 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שבהן השלט פונה אל הנוסע או הנהג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מישהו/י שאפשר לסמוך עליו/ה ולספר לו/ה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שבו אדם צריך 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מדאיג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על סכנה שאסור לשמור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העזרה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טלפון שבו אפשר לקבל עזרה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מוביל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בדרך כלל כתובים שלטים?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 בזכר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 כשרואים שלחבר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נכון לעשות כששומעים משהו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למבוגר/ת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יכול לעזור כשחבר במצוקה?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למבוגר/ת אחראי/ת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למישהו ברשת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חבר/ה נאמן/ה הוא/היא גם מטפל/ת מקצועי/ת.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לא לשתף בנושא הרגשי ולעבוד בכתב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 בטיחות רבים כתובים בלשון ציווי בזכר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הכביש 77 מוביל לעלייה לצפת.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שמירת סוד מדאיג היא הדרך הנכונה לעזור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הירידה לטבריה נוסעים בכביש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הצעד הראשון בעזרה לחבר/ה הוא __________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שלטי הדרכים כתובים לרוב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כשחבר/ה משתף/ת במצוקה חשוב לפנות ל__________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אין לשמור __________ מדאיג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האט!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התרעה על שיפוצים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אזהרה מפני חיות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שימו לב לבעלי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ציווי לנהג לנסוע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ללא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ציווי לעצירה 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זהירות עבודות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איסור כניסה לכלי 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ושיקול 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שלטי בטיחות רבים כתובים בלשון ציווי ובזכר יחיד.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סוגי סימנים יכולים להעיד שלחבר/ה קשה במיוחד?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לפנות למבוגר/ת אחראי/ת ולא לשמור סוד מדאיג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שלט בטיחות חדש לנוסעים בדרך לצפון, הכולל פועל בלשון ציווי.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הודעה קצרה לחבר/ה דמיוני/ת שמביעה דאגה ומזמינה לשוחח.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שעושים כשרואים שלחבר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לשלט בלשון ציווי והסבירו למה הוא כתוב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לשמור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בדרך לצפון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