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ואת 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השלטים בדרכים (ציווי, קיצור, פנייה)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הצעדים של חבר/ה נאמן/ה במצבי מצוקה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לשים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לשמור בסוד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חבר/ה יכול/ה להקשיב ולתמוך, אך אינו/ה תחליף לאיש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בדף ההבדלה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(ציווי לנהג 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(ציווי לעצירה 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(התרעה על שיפוצים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ושיקול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מבוגר יכול לעזור בדרכים שחבר לא יכול, ושמירת סוד עלולה לסכן.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לראות שלט קצר וברור עם פועל בציווי הקשור לבטיחות בדרך.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עם פועל בציווי בזכר יחיד, כדי לפנות ישירות ובבירור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מבוגר יכול לעזור ולמנוע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לפעילות בלשי השלטים ולתת לכל קבוצה שלט אחר לניתוח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הרגשי יש לאפשר לתלמידים לבחור לא לשתף בעל פה ולהגיש תשובה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בהזכרת קו העזרה ולתלות אותו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בדרך לצפון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הנסיעה הבטוחה לצפון, על שפת השלטים בדרך, ועל הדרך הנכונה לעזור לחבר/ה שנמצא/ת במצוקה.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לשים  ·  77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כביש יורדים לכיוון טבריה בסוף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הצעד הראשון מבין חמשת הצעדים של חבר/ה נאמן/ה?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לשים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אסור לעשות כשחבר/ה משתף/ת במשהו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לשאול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להקשיב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חבר/ה נאמן/ה הוא/היא גם מטפל/ת מקצועי/ת.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לא לשתף בנושא הרגשי ולעבוד בכתב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הירידה לטבריה נוסעים בכביש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הצעד הראשון בעזרה לחבר/ה הוא __________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האט!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התרעה על שיפוצים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ציווי לנהג לנסוע לאט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זהירות עבודות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ציווי לעצירה מיידית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ושיקול 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לפנות למבוגר/ת אחראי/ת ולא לשמור סוד מדאיג 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שלט בטיחות חדש לנוסעים בדרך לצפון, הכולל פועל בלשון ציווי.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הצעד הראשון שעושים כשרואים שלחבר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לשלט בלשון ציווי והסבירו למה הוא כתוב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בדרך לצפון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